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F01F5" w14:textId="77777777" w:rsidR="005178C4" w:rsidRDefault="00000000">
      <w:pPr>
        <w:pStyle w:val="Heading1"/>
      </w:pPr>
      <w:r>
        <w:t>King Kemka Akah</w:t>
      </w:r>
    </w:p>
    <w:p w14:paraId="33FAF7E2" w14:textId="77777777" w:rsidR="005178C4" w:rsidRDefault="00000000">
      <w:r>
        <w:t>Aspiring Cloud &amp; Network Engineer</w:t>
      </w:r>
      <w:r>
        <w:br/>
        <w:t>Email: kingakah2@gmail.com</w:t>
      </w:r>
      <w:r>
        <w:br/>
        <w:t>Phone: +234 8032937096</w:t>
      </w:r>
      <w:r>
        <w:br/>
        <w:t>LinkedIn: https://www.linkedin.com/in/king-akah-1566391b1/</w:t>
      </w:r>
      <w:r>
        <w:br/>
        <w:t>GitHub: https://github.com/kingakah-dev</w:t>
      </w:r>
    </w:p>
    <w:p w14:paraId="3E0477D0" w14:textId="77777777" w:rsidR="005178C4" w:rsidRDefault="00000000">
      <w:pPr>
        <w:pStyle w:val="Heading2"/>
      </w:pPr>
      <w:r>
        <w:t>Professional Summary</w:t>
      </w:r>
    </w:p>
    <w:p w14:paraId="4C7530D1" w14:textId="77777777" w:rsidR="005178C4" w:rsidRDefault="00000000">
      <w:r>
        <w:t>Motivated IT professional transitioning into Cloud and Network Engineering with hands-on learning in Linux, Windows Server, Networking, Git, GitHub, PowerShell and Fiber Optics.</w:t>
      </w:r>
    </w:p>
    <w:p w14:paraId="46DE9BFD" w14:textId="77777777" w:rsidR="005178C4" w:rsidRDefault="00000000">
      <w:pPr>
        <w:pStyle w:val="Heading2"/>
      </w:pPr>
      <w:r>
        <w:t>Technical Skills</w:t>
      </w:r>
    </w:p>
    <w:p w14:paraId="65131F7C" w14:textId="77777777" w:rsidR="005178C4" w:rsidRDefault="00000000">
      <w:pPr>
        <w:pStyle w:val="ListBullet"/>
      </w:pPr>
      <w:r>
        <w:t>Linux</w:t>
      </w:r>
    </w:p>
    <w:p w14:paraId="29ABCB70" w14:textId="77777777" w:rsidR="005178C4" w:rsidRDefault="00000000">
      <w:pPr>
        <w:pStyle w:val="ListBullet"/>
      </w:pPr>
      <w:r>
        <w:t>Windows Server</w:t>
      </w:r>
    </w:p>
    <w:p w14:paraId="3EA85709" w14:textId="77777777" w:rsidR="005178C4" w:rsidRDefault="00000000">
      <w:pPr>
        <w:pStyle w:val="ListBullet"/>
      </w:pPr>
      <w:r>
        <w:t>Networking</w:t>
      </w:r>
    </w:p>
    <w:p w14:paraId="5B1FDBD2" w14:textId="77777777" w:rsidR="005178C4" w:rsidRDefault="00000000">
      <w:pPr>
        <w:pStyle w:val="ListBullet"/>
      </w:pPr>
      <w:r>
        <w:t>Git &amp; GitHub</w:t>
      </w:r>
    </w:p>
    <w:p w14:paraId="7040E22D" w14:textId="77777777" w:rsidR="005178C4" w:rsidRDefault="00000000">
      <w:pPr>
        <w:pStyle w:val="ListBullet"/>
      </w:pPr>
      <w:r>
        <w:t>PowerShell</w:t>
      </w:r>
    </w:p>
    <w:p w14:paraId="0431BEDB" w14:textId="77777777" w:rsidR="005178C4" w:rsidRDefault="00000000">
      <w:pPr>
        <w:pStyle w:val="ListBullet"/>
      </w:pPr>
      <w:r>
        <w:t>HTML &amp; CSS</w:t>
      </w:r>
    </w:p>
    <w:p w14:paraId="03737742" w14:textId="77777777" w:rsidR="005178C4" w:rsidRDefault="00000000">
      <w:pPr>
        <w:pStyle w:val="ListBullet"/>
      </w:pPr>
      <w:r>
        <w:t>Fiber Optics</w:t>
      </w:r>
    </w:p>
    <w:p w14:paraId="7FB2CC14" w14:textId="77777777" w:rsidR="005178C4" w:rsidRDefault="00000000">
      <w:pPr>
        <w:pStyle w:val="Heading2"/>
      </w:pPr>
      <w:r>
        <w:t>Projects</w:t>
      </w:r>
    </w:p>
    <w:p w14:paraId="094C28CF" w14:textId="77777777" w:rsidR="005178C4" w:rsidRDefault="00000000">
      <w:pPr>
        <w:pStyle w:val="ListBullet"/>
      </w:pPr>
      <w:r>
        <w:t>Personal Portfolio Website (Completed)</w:t>
      </w:r>
    </w:p>
    <w:p w14:paraId="49C64552" w14:textId="77777777" w:rsidR="005178C4" w:rsidRDefault="00000000">
      <w:pPr>
        <w:pStyle w:val="ListBullet"/>
      </w:pPr>
      <w:r>
        <w:t>Linux Learning Lab (In Progress)</w:t>
      </w:r>
    </w:p>
    <w:p w14:paraId="565E3680" w14:textId="77777777" w:rsidR="005178C4" w:rsidRDefault="00000000">
      <w:pPr>
        <w:pStyle w:val="ListBullet"/>
      </w:pPr>
      <w:r>
        <w:t>Networking Labs (In Progress)</w:t>
      </w:r>
    </w:p>
    <w:p w14:paraId="775DB2ED" w14:textId="77777777" w:rsidR="005178C4" w:rsidRDefault="00000000">
      <w:pPr>
        <w:pStyle w:val="Heading2"/>
      </w:pPr>
      <w:r>
        <w:t>Professional Experience</w:t>
      </w:r>
    </w:p>
    <w:p w14:paraId="60A6138D" w14:textId="77777777" w:rsidR="005178C4" w:rsidRDefault="00000000">
      <w:r>
        <w:t>Founder &amp; Property Consultant</w:t>
      </w:r>
      <w:r>
        <w:br/>
        <w:t>Managed client relationships, documentation and business operations.</w:t>
      </w:r>
    </w:p>
    <w:p w14:paraId="5E48DFF6" w14:textId="77777777" w:rsidR="005178C4" w:rsidRDefault="00000000">
      <w:pPr>
        <w:pStyle w:val="Heading2"/>
      </w:pPr>
      <w:r>
        <w:t>Education</w:t>
      </w:r>
    </w:p>
    <w:p w14:paraId="2CC4D51B" w14:textId="72557FE4" w:rsidR="005178C4" w:rsidRDefault="00A67A28">
      <w:proofErr w:type="spellStart"/>
      <w:proofErr w:type="gramStart"/>
      <w:r>
        <w:t>B</w:t>
      </w:r>
      <w:r w:rsidR="00000000">
        <w:t>.</w:t>
      </w:r>
      <w:r w:rsidR="00892562">
        <w:t>Sc</w:t>
      </w:r>
      <w:proofErr w:type="spellEnd"/>
      <w:proofErr w:type="gramEnd"/>
      <w:r w:rsidR="00892562">
        <w:t xml:space="preserve"> </w:t>
      </w:r>
      <w:proofErr w:type="gramStart"/>
      <w:r w:rsidR="00892562">
        <w:t xml:space="preserve">Marketing </w:t>
      </w:r>
      <w:r w:rsidR="001D3AB7">
        <w:t>,</w:t>
      </w:r>
      <w:proofErr w:type="gramEnd"/>
      <w:r w:rsidR="004359D7">
        <w:t xml:space="preserve"> </w:t>
      </w:r>
      <w:r w:rsidR="00892562">
        <w:t>Rivers State University</w:t>
      </w:r>
      <w:r w:rsidR="0072472A">
        <w:t xml:space="preserve">. </w:t>
      </w:r>
      <w:r w:rsidR="004359D7">
        <w:t xml:space="preserve"> </w:t>
      </w:r>
      <w:r w:rsidR="0072472A">
        <w:t>Rivers State.</w:t>
      </w:r>
      <w:r w:rsidR="004359D7">
        <w:t xml:space="preserve">  </w:t>
      </w:r>
      <w:r w:rsidR="0072472A">
        <w:t>Nigeria</w:t>
      </w:r>
      <w:r w:rsidR="004359D7">
        <w:t>. West Africa</w:t>
      </w:r>
      <w:r w:rsidR="001D3AB7">
        <w:t>.</w:t>
      </w:r>
    </w:p>
    <w:p w14:paraId="16304680" w14:textId="77777777" w:rsidR="005178C4" w:rsidRDefault="00000000">
      <w:pPr>
        <w:pStyle w:val="Heading2"/>
      </w:pPr>
      <w:r>
        <w:t>Certifications &amp; Training</w:t>
      </w:r>
    </w:p>
    <w:p w14:paraId="550D603C" w14:textId="77777777" w:rsidR="005178C4" w:rsidRDefault="00000000">
      <w:pPr>
        <w:pStyle w:val="ListBullet"/>
      </w:pPr>
      <w:r>
        <w:t>Linux Administration (In Progress)</w:t>
      </w:r>
    </w:p>
    <w:p w14:paraId="7D31BF6D" w14:textId="77777777" w:rsidR="005178C4" w:rsidRDefault="00000000">
      <w:pPr>
        <w:pStyle w:val="ListBullet"/>
      </w:pPr>
      <w:r>
        <w:t>Windows Server (In Progress)</w:t>
      </w:r>
    </w:p>
    <w:p w14:paraId="7889AC6F" w14:textId="77777777" w:rsidR="005178C4" w:rsidRDefault="00000000">
      <w:pPr>
        <w:pStyle w:val="ListBullet"/>
      </w:pPr>
      <w:r>
        <w:t>Networking (In Progress)</w:t>
      </w:r>
    </w:p>
    <w:p w14:paraId="54A917A2" w14:textId="77777777" w:rsidR="005178C4" w:rsidRDefault="00000000">
      <w:pPr>
        <w:pStyle w:val="ListBullet"/>
      </w:pPr>
      <w:r>
        <w:t>Fiber Optics (In Progress)</w:t>
      </w:r>
    </w:p>
    <w:p w14:paraId="75FC7EAF" w14:textId="77777777" w:rsidR="005178C4" w:rsidRDefault="00000000">
      <w:pPr>
        <w:pStyle w:val="ListBullet"/>
      </w:pPr>
      <w:r>
        <w:t>Git &amp; GitHub</w:t>
      </w:r>
    </w:p>
    <w:p w14:paraId="729501CC" w14:textId="77777777" w:rsidR="005178C4" w:rsidRDefault="00000000">
      <w:pPr>
        <w:pStyle w:val="ListBullet"/>
      </w:pPr>
      <w:r>
        <w:t>HTML &amp; CSS</w:t>
      </w:r>
    </w:p>
    <w:sectPr w:rsidR="005178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3153377">
    <w:abstractNumId w:val="8"/>
  </w:num>
  <w:num w:numId="2" w16cid:durableId="60372467">
    <w:abstractNumId w:val="6"/>
  </w:num>
  <w:num w:numId="3" w16cid:durableId="336226417">
    <w:abstractNumId w:val="5"/>
  </w:num>
  <w:num w:numId="4" w16cid:durableId="171840616">
    <w:abstractNumId w:val="4"/>
  </w:num>
  <w:num w:numId="5" w16cid:durableId="566570218">
    <w:abstractNumId w:val="7"/>
  </w:num>
  <w:num w:numId="6" w16cid:durableId="71776116">
    <w:abstractNumId w:val="3"/>
  </w:num>
  <w:num w:numId="7" w16cid:durableId="1793355760">
    <w:abstractNumId w:val="2"/>
  </w:num>
  <w:num w:numId="8" w16cid:durableId="1387412922">
    <w:abstractNumId w:val="1"/>
  </w:num>
  <w:num w:numId="9" w16cid:durableId="60280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3AB7"/>
    <w:rsid w:val="0029639D"/>
    <w:rsid w:val="00326F90"/>
    <w:rsid w:val="004359D7"/>
    <w:rsid w:val="005178C4"/>
    <w:rsid w:val="0072472A"/>
    <w:rsid w:val="00742C3D"/>
    <w:rsid w:val="00892562"/>
    <w:rsid w:val="00A67A28"/>
    <w:rsid w:val="00AA1D8D"/>
    <w:rsid w:val="00B47730"/>
    <w:rsid w:val="00CB0664"/>
    <w:rsid w:val="00D10A2A"/>
    <w:rsid w:val="00E71CEC"/>
    <w:rsid w:val="00EE38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7F26C"/>
  <w14:defaultImageDpi w14:val="300"/>
  <w15:docId w15:val="{D1F28929-D5D3-4037-884B-D21D014D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king akah</cp:lastModifiedBy>
  <cp:revision>7</cp:revision>
  <dcterms:created xsi:type="dcterms:W3CDTF">2026-08-04T18:14:00Z</dcterms:created>
  <dcterms:modified xsi:type="dcterms:W3CDTF">2026-08-04T18:17:00Z</dcterms:modified>
  <cp:category/>
</cp:coreProperties>
</file>